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after="160"/>
        <w:jc w:val="center"/>
        <w:pBdr>
          <w:bottom w:val="single" w:sz="6" w:space="1" w:color="auto"/>
        </w:pBdr>
      </w:pPr>
      <w:r>
        <w:rPr>
          <w:color w:val="000000"/>
          <w:sz w:val="36"/>
        </w:rPr>
        <w:t>TEST REPORT</w:t>
      </w:r>
    </w:p>
    <w:p>
      <w:pPr>
        <w:pStyle w:val="Heading2"/>
      </w:pPr>
      <w:r>
        <w:rPr>
          <w:color w:val="000000"/>
        </w:rPr>
        <w:t>SUMMARY</w:t>
      </w:r>
    </w:p>
    <w:p>
      <w:pPr>
        <w:spacing w:after="80"/>
      </w:pPr>
    </w:p>
    <w:p>
      <w:pPr>
        <w:spacing w:after="40"/>
      </w:pPr>
      <w:r>
        <w:rPr>
          <w:rFonts w:ascii="Arial" w:hAnsi="Arial"/>
        </w:rPr>
        <w:t>Description                "scenario_vlan" result report</w:t>
      </w:r>
    </w:p>
    <w:p>
      <w:pPr>
        <w:spacing w:after="40"/>
      </w:pPr>
      <w:r>
        <w:rPr>
          <w:rFonts w:ascii="Arial" w:hAnsi="Arial"/>
        </w:rPr>
        <w:t>Start Time                  2026-09-22T18:55:31.107542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1134"/>
          </w:tcPr>
          <w:p>
            <w:r>
              <w:rPr>
                <w:rFonts w:ascii="Arial" w:hAnsi="Arial"/>
                <w:color w:val="949494"/>
              </w:rPr>
              <w:t>Index</w:t>
            </w:r>
          </w:p>
        </w:tc>
        <w:tc>
          <w:tcPr>
            <w:tcW w:type="dxa" w:w="11339"/>
          </w:tcPr>
          <w:p>
            <w:r>
              <w:rPr>
                <w:rFonts w:ascii="Arial" w:hAnsi="Arial"/>
                <w:color w:val="949494"/>
              </w:rPr>
              <w:t>Scenario</w:t>
            </w:r>
          </w:p>
        </w:tc>
        <w:tc>
          <w:tcPr>
            <w:tcW w:type="dxa" w:w="1134"/>
          </w:tcPr>
          <w:p>
            <w:r>
              <w:rPr>
                <w:rFonts w:ascii="Arial" w:hAnsi="Arial"/>
                <w:color w:val="949494"/>
              </w:rPr>
              <w:t>Time Stamp</w:t>
            </w:r>
          </w:p>
        </w:tc>
        <w:tc>
          <w:tcPr>
            <w:tcW w:type="dxa" w:w="1134"/>
          </w:tcPr>
          <w:p>
            <w:r>
              <w:rPr>
                <w:rFonts w:ascii="Arial" w:hAnsi="Arial"/>
                <w:color w:val="949494"/>
              </w:rPr>
              <w:t>Pass/Fail</w:t>
            </w:r>
          </w:p>
        </w:tc>
      </w:tr>
      <w:tr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Print Topology Image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18:56:20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1 / 0</w:t>
            </w:r>
          </w:p>
        </w:tc>
      </w:tr>
      <w:tr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Session Check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18:56:20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6 / 0</w:t>
            </w:r>
          </w:p>
        </w:tc>
      </w:tr>
      <w:tr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Check SONiC OS Version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18:56:20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2 / 0</w:t>
            </w:r>
          </w:p>
        </w:tc>
      </w:tr>
      <w:tr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Create Vlan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18:56:31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10 / 0</w:t>
            </w:r>
          </w:p>
        </w:tc>
      </w:tr>
      <w:tr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Add Vlan Member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18:57:27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10 / 0</w:t>
            </w:r>
          </w:p>
        </w:tc>
      </w:tr>
      <w:tr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6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Assign IP Address to Host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18:58:23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8 / 0</w:t>
            </w:r>
          </w:p>
        </w:tc>
      </w:tr>
      <w:tr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7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Test Network-link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18:58:23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2 / 0</w:t>
            </w:r>
          </w:p>
        </w:tc>
      </w:tr>
      <w:tr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8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Delete IP Address to Host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18:58:32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8 / 0</w:t>
            </w:r>
          </w:p>
        </w:tc>
      </w:tr>
    </w:tbl>
    <w:p>
      <w:pPr>
        <w:spacing w:after="160"/>
      </w:pPr>
    </w:p>
    <w:p>
      <w:pPr>
        <w:pStyle w:val="Heading2"/>
      </w:pPr>
      <w:r>
        <w:rPr>
          <w:color w:val="000000"/>
        </w:rPr>
        <w:t>SESSIONS</w:t>
      </w:r>
    </w:p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  <w:gridCol w:w="2160"/>
      </w:tblGrid>
      <w:tr>
        <w:tc>
          <w:tcPr>
            <w:tcW w:type="dxa" w:w="4535"/>
          </w:tcPr>
          <w:p>
            <w:r>
              <w:rPr>
                <w:rFonts w:ascii="Arial" w:hAnsi="Arial"/>
                <w:color w:val="949494"/>
                <w:sz w:val="20"/>
              </w:rPr>
              <w:t>Name</w:t>
            </w:r>
          </w:p>
        </w:tc>
        <w:tc>
          <w:tcPr>
            <w:tcW w:type="dxa" w:w="11339"/>
          </w:tcPr>
          <w:p>
            <w:r>
              <w:rPr>
                <w:rFonts w:ascii="Arial" w:hAnsi="Arial"/>
                <w:color w:val="949494"/>
                <w:sz w:val="20"/>
              </w:rPr>
              <w:t>Connection Type</w:t>
            </w:r>
          </w:p>
        </w:tc>
        <w:tc>
          <w:tcPr>
            <w:tcW w:type="dxa" w:w="11339"/>
          </w:tcPr>
          <w:p>
            <w:r>
              <w:rPr>
                <w:rFonts w:ascii="Arial" w:hAnsi="Arial"/>
                <w:color w:val="949494"/>
                <w:sz w:val="20"/>
              </w:rPr>
              <w:t>Host Address</w:t>
            </w:r>
          </w:p>
        </w:tc>
        <w:tc>
          <w:tcPr>
            <w:tcW w:type="dxa" w:w="4535"/>
          </w:tcPr>
          <w:p>
            <w:r>
              <w:rPr>
                <w:rFonts w:ascii="Arial" w:hAnsi="Arial"/>
                <w:color w:val="949494"/>
                <w:sz w:val="20"/>
              </w:rPr>
              <w:t>Port</w:t>
            </w:r>
          </w:p>
        </w:tc>
        <w:tc>
          <w:tcPr>
            <w:tcW w:type="dxa" w:w="4535"/>
          </w:tcPr>
          <w:p>
            <w:r>
              <w:rPr>
                <w:rFonts w:ascii="Arial" w:hAnsi="Arial"/>
                <w:color w:val="949494"/>
                <w:sz w:val="20"/>
              </w:rPr>
              <w:t>Login User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</w:rPr>
              <w:t>H-1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ssh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10.250.0.101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22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ubuntu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</w:rPr>
              <w:t>H-2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ssh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10.250.0.102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22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ubuntu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</w:rPr>
              <w:t>H-3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ssh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10.250.0.103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22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ubuntu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</w:rPr>
              <w:t>H-4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ssh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10.250.0.104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22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ubuntu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</w:rPr>
              <w:t>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ssh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10.250.0.10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22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admin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</w:rPr>
              <w:t>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ssh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10.250.0.11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22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admin</w:t>
            </w:r>
          </w:p>
        </w:tc>
      </w:tr>
    </w:tbl>
    <w:p>
      <w:pPr>
        <w:spacing w:after="160"/>
      </w:pPr>
    </w:p>
    <w:p>
      <w:pPr>
        <w:pStyle w:val="Heading2"/>
      </w:pPr>
      <w:r>
        <w:rPr>
          <w:color w:val="000000"/>
        </w:rPr>
        <w:t>RESULT</w:t>
      </w:r>
    </w:p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  <w:gridCol w:w="2160"/>
      </w:tblGrid>
      <w:tr>
        <w:tc>
          <w:tcPr>
            <w:tcW w:type="dxa" w:w="4535"/>
          </w:tcPr>
          <w:p>
            <w:r>
              <w:rPr>
                <w:rFonts w:ascii="Arial" w:hAnsi="Arial"/>
                <w:color w:val="949494"/>
                <w:sz w:val="18"/>
              </w:rPr>
              <w:t>Index</w:t>
            </w:r>
          </w:p>
        </w:tc>
        <w:tc>
          <w:tcPr>
            <w:tcW w:type="dxa" w:w="11339"/>
          </w:tcPr>
          <w:p>
            <w:r>
              <w:rPr>
                <w:rFonts w:ascii="Arial" w:hAnsi="Arial"/>
                <w:color w:val="949494"/>
                <w:sz w:val="18"/>
              </w:rPr>
              <w:t>Action</w:t>
            </w:r>
          </w:p>
        </w:tc>
        <w:tc>
          <w:tcPr>
            <w:tcW w:type="dxa" w:w="4535"/>
          </w:tcPr>
          <w:p>
            <w:r>
              <w:rPr>
                <w:rFonts w:ascii="Arial" w:hAnsi="Arial"/>
                <w:color w:val="949494"/>
                <w:sz w:val="18"/>
              </w:rPr>
              <w:t>Session</w:t>
            </w:r>
          </w:p>
        </w:tc>
        <w:tc>
          <w:tcPr>
            <w:tcW w:type="dxa" w:w="4535"/>
          </w:tcPr>
          <w:p>
            <w:r>
              <w:rPr>
                <w:rFonts w:ascii="Arial" w:hAnsi="Arial"/>
                <w:color w:val="949494"/>
                <w:sz w:val="18"/>
              </w:rPr>
              <w:t>Time Stamp</w:t>
            </w:r>
          </w:p>
        </w:tc>
        <w:tc>
          <w:tcPr>
            <w:tcW w:type="dxa" w:w="4535"/>
          </w:tcPr>
          <w:p>
            <w:r>
              <w:rPr>
                <w:rFonts w:ascii="Arial" w:hAnsi="Arial"/>
                <w:color w:val="949494"/>
                <w:sz w:val="18"/>
              </w:rPr>
              <w:t>Pass/Fail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print topo img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caller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18:56:20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topo-L2-Vlan.jpg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drawing>
                <wp:inline xmlns:a="http://schemas.openxmlformats.org/drawingml/2006/main" xmlns:pic="http://schemas.openxmlformats.org/drawingml/2006/picture">
                  <wp:extent cx="5400000" cy="288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opo-L2-Vlan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0" cy="288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10800"/>
            <w:gridSpan w:val="5"/>
          </w:tcPr>
          <w:p/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session check 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18:56:20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None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Linux SW-1 6.1.0-29-2-amd64 #1 SMP PREEMPT_DYNAMIC Debian 6.1.123-1 (2025-01-02) x86_64</w:t>
              <w:br/>
              <w:t>You are on</w:t>
              <w:br/>
              <w:t xml:space="preserve">  ____   ___  _   _ _  ____</w:t>
              <w:br/>
              <w:t xml:space="preserve"> / ___| / _ \| \ | (_)/ ___|</w:t>
              <w:br/>
              <w:t xml:space="preserve"> \___ \| | | |  \| | | |</w:t>
              <w:br/>
              <w:t xml:space="preserve">  ___) | |_| | |\  | | |___</w:t>
              <w:br/>
              <w:t xml:space="preserve"> |____/ \___/|_| \_|_|\____|</w:t>
              <w:br/>
              <w:br/>
              <w:t>-- Software for Open Networking in the Cloud --</w:t>
              <w:br/>
              <w:br/>
              <w:t>Unauthorized access and/or use are prohibited.</w:t>
              <w:br/>
              <w:t>All access and/or use are subject to monitoring.</w:t>
              <w:br/>
              <w:br/>
              <w:t>Help:    https://sonic-net.github.io/SONiC/</w:t>
              <w:br/>
              <w:br/>
              <w:t>Last login: Tue Sep 22 18:48:00 2026 from 10.250.0.1</w:t>
              <w:br/>
              <w:br/>
              <w:t xml:space="preserve">admin@SW-1:~$ 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session check 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18:56:20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None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Linux SW-2 6.1.0-29-2-amd64 #1 SMP PREEMPT_DYNAMIC Debian 6.1.123-1 (2025-01-02) x86_64</w:t>
              <w:br/>
              <w:t>You are on</w:t>
              <w:br/>
              <w:t xml:space="preserve">  ____   ___  _   _ _  ____</w:t>
              <w:br/>
              <w:t xml:space="preserve"> / ___| / _ \| \ | (_)/ ___|</w:t>
              <w:br/>
              <w:t xml:space="preserve"> \___ \| | | |  \| | | |</w:t>
              <w:br/>
              <w:t xml:space="preserve">  ___) | |_| | |\  | | |___</w:t>
              <w:br/>
              <w:t xml:space="preserve"> |____/ \___/|_| \_|_|\____|</w:t>
              <w:br/>
              <w:br/>
              <w:t>-- Software for Open Networking in the Cloud --</w:t>
              <w:br/>
              <w:br/>
              <w:t>Unauthorized access and/or use are prohibited.</w:t>
              <w:br/>
              <w:t>All access and/or use are subject to monitoring.</w:t>
              <w:br/>
              <w:br/>
              <w:t>Help:    https://sonic-net.github.io/SONiC/</w:t>
              <w:br/>
              <w:br/>
              <w:t>Last login: Tue Sep 22 18:48:02 2026 from 10.250.0.1</w:t>
              <w:br/>
              <w:br/>
              <w:t xml:space="preserve">admin@SW-2:~$ 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4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session check H-1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18:56:20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None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Welcome to Ubuntu 20.04.6 LTS (GNU/Linux 5.4.0-215-generic x86_64)</w:t>
              <w:br/>
              <w:br/>
              <w:t xml:space="preserve"> * Documentation:  https://help.ubuntu.com</w:t>
              <w:br/>
              <w:t xml:space="preserve"> * Management:     https://landscape.canonical.com</w:t>
              <w:br/>
              <w:t xml:space="preserve"> * Support:        https://ubuntu.com/pro</w:t>
              <w:br/>
              <w:br/>
              <w:t xml:space="preserve"> System information as of Tue Sep 22 09:56:06 UTC 2026</w:t>
              <w:br/>
              <w:br/>
              <w:t xml:space="preserve">  System load:  0.04              Processes:             145</w:t>
              <w:br/>
              <w:t xml:space="preserve">  Usage of /:   9.0% of 19.20GB   Users logged in:       0</w:t>
              <w:br/>
              <w:t xml:space="preserve">  Memory usage: 6%                IPv4 address for Eth1: 10.0.100.10</w:t>
              <w:br/>
              <w:t xml:space="preserve">  Swap usage:   0%</w:t>
              <w:br/>
              <w:br/>
              <w:br/>
              <w:t>Expanded Security Maintenance for Applications is not enabled.</w:t>
              <w:br/>
              <w:br/>
              <w:t>0 updates can be applied immediately.</w:t>
              <w:br/>
              <w:br/>
              <w:t>Enable ESM Apps to receive additional future security updates.</w:t>
              <w:br/>
              <w:t>See https://ubuntu.com/esm or run: sudo pro status</w:t>
              <w:br/>
              <w:br/>
              <w:br/>
              <w:t>The list of available updates is more than a week old.</w:t>
              <w:br/>
              <w:t>To check for new updates run: sudo apt update</w:t>
              <w:br/>
              <w:t>New release '22.04.5 LTS' available.</w:t>
              <w:br/>
              <w:t>Run 'do-release-upgrade' to upgrade to it.</w:t>
              <w:br/>
              <w:br/>
              <w:br/>
              <w:t>*** System restart required ***</w:t>
              <w:br/>
              <w:t>Last login: Tue Sep 22 09:48:05 2026 from 10.250.0.1</w:t>
              <w:br/>
              <w:br/>
              <w:t xml:space="preserve">ubuntu@H-1:~$ 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5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session check H-2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18:56:20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None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Welcome to Ubuntu 20.04.6 LTS (GNU/Linux 5.4.0-215-generic x86_64)</w:t>
              <w:br/>
              <w:br/>
              <w:t xml:space="preserve"> * Documentation:  https://help.ubuntu.com</w:t>
              <w:br/>
              <w:t xml:space="preserve"> * Management:     https://landscape.canonical.com</w:t>
              <w:br/>
              <w:t xml:space="preserve"> * Support:        https://ubuntu.com/pro</w:t>
              <w:br/>
              <w:br/>
              <w:t xml:space="preserve"> System information as of Tue Sep 22 09:56:08 UTC 2026</w:t>
              <w:br/>
              <w:br/>
              <w:t xml:space="preserve">  System load:  0.04              Processes:             140</w:t>
              <w:br/>
              <w:t xml:space="preserve">  Usage of /:   9.0% of 19.20GB   Users logged in:       0</w:t>
              <w:br/>
              <w:t xml:space="preserve">  Memory usage: 6%                IPv4 address for Eth1: 10.0.100.11</w:t>
              <w:br/>
              <w:t xml:space="preserve">  Swap usage:   0%</w:t>
              <w:br/>
              <w:br/>
              <w:br/>
              <w:t>Expanded Security Maintenance for Applications is not enabled.</w:t>
              <w:br/>
              <w:br/>
              <w:t>0 updates can be applied immediately.</w:t>
              <w:br/>
              <w:br/>
              <w:t>Enable ESM Apps to receive additional future security updates.</w:t>
              <w:br/>
              <w:t>See https://ubuntu.com/esm or run: sudo pro status</w:t>
              <w:br/>
              <w:br/>
              <w:br/>
              <w:t>The list of available updates is more than a week old.</w:t>
              <w:br/>
              <w:t>To check for new updates run: sudo apt update</w:t>
              <w:br/>
              <w:t>New release '22.04.5 LTS' available.</w:t>
              <w:br/>
              <w:t>Run 'do-release-upgrade' to upgrade to it.</w:t>
              <w:br/>
              <w:br/>
              <w:br/>
              <w:t>*** System restart required ***</w:t>
              <w:br/>
              <w:t>Last login: Tue Sep 22 09:48:07 2026 from 10.250.0.1</w:t>
              <w:br/>
              <w:br/>
              <w:t xml:space="preserve">ubuntu@H-2:~$ 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6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session check H-3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18:56:20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None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Welcome to Ubuntu 20.04.6 LTS (GNU/Linux 5.4.0-215-generic x86_64)</w:t>
              <w:br/>
              <w:br/>
              <w:t xml:space="preserve"> * Documentation:  https://help.ubuntu.com</w:t>
              <w:br/>
              <w:t xml:space="preserve"> * Management:     https://landscape.canonical.com</w:t>
              <w:br/>
              <w:t xml:space="preserve"> * Support:        https://ubuntu.com/pro</w:t>
              <w:br/>
              <w:br/>
              <w:t xml:space="preserve"> System information as of Tue Sep 22 09:56:10 UTC 2026</w:t>
              <w:br/>
              <w:br/>
              <w:t xml:space="preserve">  System load:  0.0               Processes:             144</w:t>
              <w:br/>
              <w:t xml:space="preserve">  Usage of /:   9.0% of 19.20GB   Users logged in:       0</w:t>
              <w:br/>
              <w:t xml:space="preserve">  Memory usage: 6%                IPv4 address for Eth1: 10.0.100.12</w:t>
              <w:br/>
              <w:t xml:space="preserve">  Swap usage:   0%                IPv4 address for Eth1: 10.0.200.10</w:t>
              <w:br/>
              <w:br/>
              <w:br/>
              <w:t>Expanded Security Maintenance for Applications is not enabled.</w:t>
              <w:br/>
              <w:br/>
              <w:t>0 updates can be applied immediately.</w:t>
              <w:br/>
              <w:br/>
              <w:t>Enable ESM Apps to receive additional future security updates.</w:t>
              <w:br/>
              <w:t>See https://ubuntu.com/esm or run: sudo pro status</w:t>
              <w:br/>
              <w:br/>
              <w:br/>
              <w:t>The list of available updates is more than a week old.</w:t>
              <w:br/>
              <w:t>To check for new updates run: sudo apt update</w:t>
              <w:br/>
              <w:t>New release '22.04.5 LTS' available.</w:t>
              <w:br/>
              <w:t>Run 'do-release-upgrade' to upgrade to it.</w:t>
              <w:br/>
              <w:br/>
              <w:br/>
              <w:t>*** System restart required ***</w:t>
              <w:br/>
              <w:t>Last login: Tue Sep 22 09:48:09 2026 from 10.250.0.1</w:t>
              <w:br/>
              <w:br/>
              <w:t xml:space="preserve">ubuntu@H-3:~$ 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7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session check H-4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H-4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18:56:20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None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Welcome to Ubuntu 20.04.6 LTS (GNU/Linux 5.4.0-215-generic x86_64)</w:t>
              <w:br/>
              <w:br/>
              <w:t xml:space="preserve"> * Documentation:  https://help.ubuntu.com</w:t>
              <w:br/>
              <w:t xml:space="preserve"> * Management:     https://landscape.canonical.com</w:t>
              <w:br/>
              <w:t xml:space="preserve"> * Support:        https://ubuntu.com/pro</w:t>
              <w:br/>
              <w:br/>
              <w:t xml:space="preserve"> System information as of Tue Sep 22 09:56:12 UTC 2026</w:t>
              <w:br/>
              <w:br/>
              <w:t xml:space="preserve">  System load:  0.0               Processes:             144</w:t>
              <w:br/>
              <w:t xml:space="preserve">  Usage of /:   9.0% of 19.20GB   Users logged in:       0</w:t>
              <w:br/>
              <w:t xml:space="preserve">  Memory usage: 6%                IPv4 address for Eth1: 10.0.100.13</w:t>
              <w:br/>
              <w:t xml:space="preserve">  Swap usage:   0%                IPv4 address for Eth1: 10.0.200.11</w:t>
              <w:br/>
              <w:br/>
              <w:br/>
              <w:t>Expanded Security Maintenance for Applications is not enabled.</w:t>
              <w:br/>
              <w:br/>
              <w:t>0 updates can be applied immediately.</w:t>
              <w:br/>
              <w:br/>
              <w:t>Enable ESM Apps to receive additional future security updates.</w:t>
              <w:br/>
              <w:t>See https://ubuntu.com/esm or run: sudo pro status</w:t>
              <w:br/>
              <w:br/>
              <w:br/>
              <w:t>The list of available updates is more than a week old.</w:t>
              <w:br/>
              <w:t>To check for new updates run: sudo apt update</w:t>
              <w:br/>
              <w:t>New release '22.04.5 LTS' available.</w:t>
              <w:br/>
              <w:t>Run 'do-release-upgrade' to upgrade to it.</w:t>
              <w:br/>
              <w:br/>
              <w:br/>
              <w:t>*** System restart required ***</w:t>
              <w:br/>
              <w:t>Last login: Tue Sep 22 09:48:12 2026 from 10.250.0.1</w:t>
              <w:br/>
              <w:br/>
              <w:t xml:space="preserve">ubuntu@H-4:~$ </w:t>
            </w:r>
          </w:p>
        </w:tc>
      </w:tr>
      <w:tr>
        <w:tc>
          <w:tcPr>
            <w:tcW w:type="dxa" w:w="10800"/>
            <w:gridSpan w:val="5"/>
          </w:tcPr>
          <w:p/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8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Check SONiC OS Version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18:56:20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show version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br/>
              <w:t>SONiC Software Version: SONiC.202505.926279-b7206d85a</w:t>
              <w:br/>
              <w:t>SONiC OS Version: 12</w:t>
              <w:br/>
              <w:t>Distribution: Debian 12.11</w:t>
              <w:br/>
              <w:t>Kernel: 6.1.0-29-2-amd64</w:t>
              <w:br/>
              <w:t>Build commit: b7206d85a</w:t>
              <w:br/>
              <w:t>Build date: Tue Aug 19 14:16:31 UTC 2025</w:t>
              <w:br/>
              <w:t>Built by: azureuser@d674752fc000000</w:t>
              <w:br/>
              <w:br/>
              <w:t>Platform: x86_64-kvm_x86_64-r0</w:t>
              <w:br/>
              <w:t>HwSKU: Etri-SONiC</w:t>
              <w:br/>
              <w:t>ASIC: vs</w:t>
              <w:br/>
              <w:t>ASIC Count: 1</w:t>
              <w:br/>
              <w:t>Serial Number: N/A</w:t>
              <w:br/>
              <w:t>Model Number: N/A</w:t>
              <w:br/>
              <w:t>Hardware Revision: N/A</w:t>
              <w:br/>
              <w:t>Uptime: 18:56:20 up 26 min,  1 user,  load average: 0.61, 1.28, 1.07</w:t>
              <w:br/>
              <w:t>Date: Tue 22 Sep 2026 18:56:20</w:t>
              <w:br/>
              <w:br/>
              <w:t>Docker images:</w:t>
              <w:br/>
              <w:t>REPOSITORY                    TAG                       IMAGE ID       SIZE</w:t>
              <w:br/>
              <w:t>docker-macsec                 202505.926279-b7206d85a   eb3fac1f1e14   347MB</w:t>
              <w:br/>
              <w:t>docker-macsec                 latest                    eb3fac1f1e14   347MB</w:t>
              <w:br/>
              <w:t>docker-orchagent              202505.926279-b7206d85a   1d3a6e9b7605   356MB</w:t>
              <w:br/>
              <w:t>docker-orchagent              latest                    1d3a6e9b7605   356MB</w:t>
              <w:br/>
              <w:t>docker-sflow                  202505.926279-b7206d85a   f7c21d48ff02   345MB</w:t>
              <w:br/>
              <w:t>docker-sflow                  latest                    f7c21d48ff02   345MB</w:t>
              <w:br/>
              <w:t>docker-teamd                  202505.926279-b7206d85a   219394382f06   344MB</w:t>
              <w:br/>
              <w:t>docker-teamd                  latest                    219394382f06   344MB</w:t>
              <w:br/>
              <w:t>docker-fpm-frr                202505.926279-b7206d85a   231b5d766152   393MB</w:t>
              <w:br/>
              <w:t>docker-fpm-frr                latest                    231b5d766152   393MB</w:t>
              <w:br/>
              <w:t>docker-nat                    202505.926279-b7206d85a   553569c2ed1a   347MB</w:t>
              <w:br/>
              <w:t>docker-nat                    latest                    553569c2ed1a   347MB</w:t>
              <w:br/>
              <w:t>docker-dash-ha                202505.926279-b7206d85a   eadcbe8a318f   357MB</w:t>
              <w:br/>
              <w:t>docker-dash-ha                latest                    eadcbe8a318f   357MB</w:t>
              <w:br/>
              <w:t>docker-syncd-vs               202505.926279-b7206d85a   d6f77d7d5c73   2.18GB</w:t>
              <w:br/>
              <w:t>docker-syncd-vs               latest                    d6f77d7d5c73   2.18GB</w:t>
              <w:br/>
              <w:t>docker-gbsyncd-vs             202505.926279-b7206d85a   e1b2e95f057b   2.18GB</w:t>
              <w:br/>
              <w:t>docker-gbsyncd-vs             latest                    e1b2e95f057b   2.18GB</w:t>
              <w:br/>
              <w:t>docker-sonic-bmp              202505.926279-b7206d85a   773e76990a92   315MB</w:t>
              <w:br/>
              <w:t>docker-sonic-bmp              latest                    773e76990a92   315MB</w:t>
              <w:br/>
              <w:t>docker-dhcp-relay             202505.926279-b7206d85a   b82ba73b313a   323MB</w:t>
              <w:br/>
              <w:t>docker-dhcp-relay             latest                    b82ba73b313a   323MB</w:t>
              <w:br/>
              <w:t>docker-platform-monitor       202505.926279-b7206d85a   dff6c6e2ea25   447MB</w:t>
              <w:br/>
              <w:t>docker-platform-monitor       latest                    dff6c6e2ea25   447MB</w:t>
              <w:br/>
              <w:t>docker-snmp                   202505.926279-b7206d85a   f813952ac4d7   358MB</w:t>
              <w:br/>
              <w:t>docker-snmp                   latest                    f813952ac4d7   358MB</w:t>
              <w:br/>
              <w:t>docker-router-advertiser      202505.926279-b7206d85a   e8cbc5b10fff   314MB</w:t>
              <w:br/>
              <w:t>docker-router-advertiser      latest                    e8cbc5b10fff   314MB</w:t>
              <w:br/>
              <w:t>docker-mux                    202505.926279-b7206d85a   a6ccc3ca8b81   366MB</w:t>
              <w:br/>
              <w:t>docker-mux                    latest                    a6ccc3ca8b81   366MB</w:t>
              <w:br/>
              <w:t>docker-gnmi-watchdog          202505.926279-b7206d85a   9871849025e5   314MB</w:t>
              <w:br/>
              <w:t>docker-gnmi-watchdog          latest                    9871849025e5   314MB</w:t>
              <w:br/>
              <w:t>docker-lldp                   202505.926279-b7206d85a   ee7a4d514875   360MB</w:t>
              <w:br/>
              <w:t>docker-lldp                   latest                    ee7a4d514875   360MB</w:t>
              <w:br/>
              <w:t>docker-sonic-gnmi             202505.926279-b7206d85a   9f8ed5aefa5d   427MB</w:t>
              <w:br/>
              <w:t>docker-sonic-gnmi             latest                    9f8ed5aefa5d   427MB</w:t>
              <w:br/>
              <w:t>docker-bmp-watchdog           202505.926279-b7206d85a   62eb09ee3d7e   314MB</w:t>
              <w:br/>
              <w:t>docker-bmp-watchdog           latest                    62eb09ee3d7e   314MB</w:t>
              <w:br/>
              <w:t>docker-eventd                 202505.926279-b7206d85a   b5707e85d1ec   314MB</w:t>
              <w:br/>
              <w:t>docker-eventd                 latest                    b5707e85d1ec   314MB</w:t>
              <w:br/>
              <w:t>docker-database               202505.926279-b7206d85a   6d85154e4f52   321MB</w:t>
              <w:br/>
              <w:t>docker-database               latest                    6d85154e4f52   321MB</w:t>
              <w:br/>
              <w:t>docker-auditd-watchdog        202505.926279-b7206d85a   92489e94897e   314MB</w:t>
              <w:br/>
              <w:t>docker-auditd-watchdog        latest                    92489e94897e   314MB</w:t>
              <w:br/>
              <w:t>docker-auditd                 202505.926279-b7206d85a   5e7f418566b0   314MB</w:t>
              <w:br/>
              <w:t>docker-auditd                 latest                    5e7f418566b0   314MB</w:t>
              <w:br/>
              <w:t>docker-dash-engine            202505.926279-b7206d85a   9b719283bb99   697MB</w:t>
              <w:br/>
              <w:t>docker-dash-engine            latest                    9b719283bb99   697MB</w:t>
              <w:br/>
              <w:t>docker-sonic-mgmt-framework   202505.926279-b7206d85a   347d1879e56e   403MB</w:t>
              <w:br/>
              <w:t>docker-sonic-mgmt-framework   latest                    347d1879e56e   403MB</w:t>
              <w:br/>
              <w:t>docker-sysmgr                 202505.926279-b7206d85a   acdc8191fd32   326MB</w:t>
              <w:br/>
              <w:t>docker-sysmgr                 latest                    acdc8191fd32   326MB</w:t>
              <w:br/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Judgement</w:t>
            </w:r>
          </w:p>
        </w:tc>
        <w:tc>
          <w:tcPr>
            <w:tcW w:type="dxa" w:w="8640"/>
            <w:gridSpan w:val="4"/>
          </w:tcPr>
          <w:p>
            <w:r>
              <w:rPr>
                <w:rFonts w:ascii="Arial" w:hAnsi="Arial"/>
                <w:sz w:val="18"/>
              </w:rPr>
              <w:t>Success</w:t>
              <w:br/>
              <w:br/>
              <w:t>inter-conditional operator    :   or</w:t>
              <w:br/>
              <w:t>contain string:    SONiC OS Version: 12</w:t>
              <w:br/>
              <w:t>contain string:    SONiC Software Version: SONiC.master.775830-a7eb965c8</w:t>
              <w:br/>
              <w:t>not contain string:    Error: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9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Check SONiC OS Version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18:56:25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show version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br/>
              <w:t>SONiC Software Version: SONiC.202505.926279-b7206d85a</w:t>
              <w:br/>
              <w:t>SONiC OS Version: 12</w:t>
              <w:br/>
              <w:t>Distribution: Debian 12.11</w:t>
              <w:br/>
              <w:t>Kernel: 6.1.0-29-2-amd64</w:t>
              <w:br/>
              <w:t>Build commit: b7206d85a</w:t>
              <w:br/>
              <w:t>Build date: Tue Aug 19 14:16:31 UTC 2025</w:t>
              <w:br/>
              <w:t>Built by: azureuser@d674752fc000000</w:t>
              <w:br/>
              <w:br/>
              <w:t>Platform: x86_64-kvm_x86_64-r0</w:t>
              <w:br/>
              <w:t>HwSKU: Etri-SONiC</w:t>
              <w:br/>
              <w:t>ASIC: vs</w:t>
              <w:br/>
              <w:t>ASIC Count: 1</w:t>
              <w:br/>
              <w:t>Serial Number: N/A</w:t>
              <w:br/>
              <w:t>Model Number: N/A</w:t>
              <w:br/>
              <w:t>Hardware Revision: N/A</w:t>
              <w:br/>
              <w:t>Uptime: 18:56:25 up 26 min,  1 user,  load average: 1.50, 1.63, 1.19</w:t>
              <w:br/>
              <w:t>Date: Tue 22 Sep 2026 18:56:25</w:t>
              <w:br/>
              <w:br/>
              <w:t>Docker images:</w:t>
              <w:br/>
              <w:t>REPOSITORY                    TAG                       IMAGE ID       SIZE</w:t>
              <w:br/>
              <w:t>docker-macsec                 202505.926279-b7206d85a   eb3fac1f1e14   347MB</w:t>
              <w:br/>
              <w:t>docker-macsec                 latest                    eb3fac1f1e14   347MB</w:t>
              <w:br/>
              <w:t>docker-orchagent              202505.926279-b7206d85a   1d3a6e9b7605   356MB</w:t>
              <w:br/>
              <w:t>docker-orchagent              latest                    1d3a6e9b7605   356MB</w:t>
              <w:br/>
              <w:t>docker-sflow                  202505.926279-b7206d85a   f7c21d48ff02   345MB</w:t>
              <w:br/>
              <w:t>docker-sflow                  latest                    f7c21d48ff02   345MB</w:t>
              <w:br/>
              <w:t>docker-teamd                  202505.926279-b7206d85a   219394382f06   344MB</w:t>
              <w:br/>
              <w:t>docker-teamd                  latest                    219394382f06   344MB</w:t>
              <w:br/>
              <w:t>docker-fpm-frr                202505.926279-b7206d85a   231b5d766152   393MB</w:t>
              <w:br/>
              <w:t>docker-fpm-frr                latest                    231b5d766152   393MB</w:t>
              <w:br/>
              <w:t>docker-nat                    202505.926279-b7206d85a   553569c2ed1a   347MB</w:t>
              <w:br/>
              <w:t>docker-nat                    latest                    553569c2ed1a   347MB</w:t>
              <w:br/>
              <w:t>docker-dash-ha                202505.926279-b7206d85a   eadcbe8a318f   357MB</w:t>
              <w:br/>
              <w:t>docker-dash-ha                latest                    eadcbe8a318f   357MB</w:t>
              <w:br/>
              <w:t>docker-gbsyncd-vs             202505.926279-b7206d85a   e1b2e95f057b   2.18GB</w:t>
              <w:br/>
              <w:t>docker-gbsyncd-vs             latest                    e1b2e95f057b   2.18GB</w:t>
              <w:br/>
              <w:t>docker-syncd-vs               202505.926279-b7206d85a   d6f77d7d5c73   2.18GB</w:t>
              <w:br/>
              <w:t>docker-syncd-vs               latest                    d6f77d7d5c73   2.18GB</w:t>
              <w:br/>
              <w:t>docker-sonic-bmp              202505.926279-b7206d85a   773e76990a92   315MB</w:t>
              <w:br/>
              <w:t>docker-sonic-bmp              latest                    773e76990a92   315MB</w:t>
              <w:br/>
              <w:t>docker-dhcp-relay             202505.926279-b7206d85a   b82ba73b313a   323MB</w:t>
              <w:br/>
              <w:t>docker-dhcp-relay             latest                    b82ba73b313a   323MB</w:t>
              <w:br/>
              <w:t>docker-platform-monitor       202505.926279-b7206d85a   dff6c6e2ea25   447MB</w:t>
              <w:br/>
              <w:t>docker-platform-monitor       latest                    dff6c6e2ea25   447MB</w:t>
              <w:br/>
              <w:t>docker-snmp                   202505.926279-b7206d85a   f813952ac4d7   358MB</w:t>
              <w:br/>
              <w:t>docker-snmp                   latest                    f813952ac4d7   358MB</w:t>
              <w:br/>
              <w:t>docker-router-advertiser      202505.926279-b7206d85a   e8cbc5b10fff   314MB</w:t>
              <w:br/>
              <w:t>docker-router-advertiser      latest                    e8cbc5b10fff   314MB</w:t>
              <w:br/>
              <w:t>docker-mux                    202505.926279-b7206d85a   a6ccc3ca8b81   366MB</w:t>
              <w:br/>
              <w:t>docker-mux                    latest                    a6ccc3ca8b81   366MB</w:t>
              <w:br/>
              <w:t>docker-gnmi-watchdog          202505.926279-b7206d85a   9871849025e5   314MB</w:t>
              <w:br/>
              <w:t>docker-gnmi-watchdog          latest                    9871849025e5   314MB</w:t>
              <w:br/>
              <w:t>docker-lldp                   202505.926279-b7206d85a   ee7a4d514875   360MB</w:t>
              <w:br/>
              <w:t>docker-lldp                   latest                    ee7a4d514875   360MB</w:t>
              <w:br/>
              <w:t>docker-sonic-gnmi             202505.926279-b7206d85a   9f8ed5aefa5d   427MB</w:t>
              <w:br/>
              <w:t>docker-sonic-gnmi             latest                    9f8ed5aefa5d   427MB</w:t>
              <w:br/>
              <w:t>docker-bmp-watchdog           202505.926279-b7206d85a   62eb09ee3d7e   314MB</w:t>
              <w:br/>
              <w:t>docker-bmp-watchdog           latest                    62eb09ee3d7e   314MB</w:t>
              <w:br/>
              <w:t>docker-eventd                 202505.926279-b7206d85a   b5707e85d1ec   314MB</w:t>
              <w:br/>
              <w:t>docker-eventd                 latest                    b5707e85d1ec   314MB</w:t>
              <w:br/>
              <w:t>docker-database               202505.926279-b7206d85a   6d85154e4f52   321MB</w:t>
              <w:br/>
              <w:t>docker-database               latest                    6d85154e4f52   321MB</w:t>
              <w:br/>
              <w:t>docker-auditd-watchdog        202505.926279-b7206d85a   92489e94897e   314MB</w:t>
              <w:br/>
              <w:t>docker-auditd-watchdog        latest                    92489e94897e   314MB</w:t>
              <w:br/>
              <w:t>docker-auditd                 202505.926279-b7206d85a   5e7f418566b0   314MB</w:t>
              <w:br/>
              <w:t>docker-auditd                 latest                    5e7f418566b0   314MB</w:t>
              <w:br/>
              <w:t>docker-dash-engine            202505.926279-b7206d85a   9b719283bb99   697MB</w:t>
              <w:br/>
              <w:t>docker-dash-engine            latest                    9b719283bb99   697MB</w:t>
              <w:br/>
              <w:t>docker-sonic-mgmt-framework   202505.926279-b7206d85a   347d1879e56e   403MB</w:t>
              <w:br/>
              <w:t>docker-sonic-mgmt-framework   latest                    347d1879e56e   403MB</w:t>
              <w:br/>
              <w:t>docker-sysmgr                 202505.926279-b7206d85a   acdc8191fd32   326MB</w:t>
              <w:br/>
              <w:t>docker-sysmgr                 latest                    acdc8191fd32   326MB</w:t>
              <w:br/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Judgement</w:t>
            </w:r>
          </w:p>
        </w:tc>
        <w:tc>
          <w:tcPr>
            <w:tcW w:type="dxa" w:w="8640"/>
            <w:gridSpan w:val="4"/>
          </w:tcPr>
          <w:p>
            <w:r>
              <w:rPr>
                <w:rFonts w:ascii="Arial" w:hAnsi="Arial"/>
                <w:sz w:val="18"/>
              </w:rPr>
              <w:t>Success</w:t>
              <w:br/>
              <w:br/>
              <w:t>inter-conditional operator    :   or</w:t>
              <w:br/>
              <w:t>contain string:    SONiC OS Version: 12</w:t>
              <w:br/>
              <w:t>contain string:    SONiC Software Version: SONiC.master.775830-a7eb965c8</w:t>
              <w:br/>
              <w:t>not contain string:    Error:</w:t>
            </w:r>
          </w:p>
        </w:tc>
      </w:tr>
      <w:tr>
        <w:tc>
          <w:tcPr>
            <w:tcW w:type="dxa" w:w="10800"/>
            <w:gridSpan w:val="5"/>
          </w:tcPr>
          <w:p/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10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Check VLAN exist on 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18:56:31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show vlan config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Name    VID    Member    Mode</w:t>
              <w:br/>
              <w:t>------  -----  --------  ------</w:t>
              <w:br/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Judgement</w:t>
            </w:r>
          </w:p>
        </w:tc>
        <w:tc>
          <w:tcPr>
            <w:tcW w:type="dxa" w:w="8640"/>
            <w:gridSpan w:val="4"/>
          </w:tcPr>
          <w:p>
            <w:r>
              <w:rPr>
                <w:rFonts w:ascii="Arial" w:hAnsi="Arial"/>
                <w:sz w:val="18"/>
              </w:rPr>
              <w:t>Success</w:t>
              <w:br/>
              <w:br/>
              <w:t>inter-conditional operator    :   and</w:t>
              <w:br/>
              <w:br/>
              <w:t>not contain string:    Error: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Check VLAN exist on 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18:56:37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show vlan config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Name    VID    Member    Mode</w:t>
              <w:br/>
              <w:t>------  -----  --------  ------</w:t>
              <w:br/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Judgement</w:t>
            </w:r>
          </w:p>
        </w:tc>
        <w:tc>
          <w:tcPr>
            <w:tcW w:type="dxa" w:w="8640"/>
            <w:gridSpan w:val="4"/>
          </w:tcPr>
          <w:p>
            <w:r>
              <w:rPr>
                <w:rFonts w:ascii="Arial" w:hAnsi="Arial"/>
                <w:sz w:val="18"/>
              </w:rPr>
              <w:t>Success</w:t>
              <w:br/>
              <w:br/>
              <w:t>inter-conditional operator    :   and</w:t>
              <w:br/>
              <w:br/>
              <w:t>not contain string:    Error: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Create VLAN 10 on 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18:56:42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config vlan add 10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Create VLAN 10 on 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18:56:48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show vlan config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Name      VID  Member    Mode</w:t>
              <w:br/>
              <w:t>------  -----  --------  ------</w:t>
              <w:br/>
              <w:t>Vlan10     10</w:t>
              <w:br/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Judgement</w:t>
            </w:r>
          </w:p>
        </w:tc>
        <w:tc>
          <w:tcPr>
            <w:tcW w:type="dxa" w:w="8640"/>
            <w:gridSpan w:val="4"/>
          </w:tcPr>
          <w:p>
            <w:r>
              <w:rPr>
                <w:rFonts w:ascii="Arial" w:hAnsi="Arial"/>
                <w:sz w:val="18"/>
              </w:rPr>
              <w:t>Success</w:t>
              <w:br/>
              <w:br/>
              <w:t>inter-conditional operator    :   and</w:t>
              <w:br/>
              <w:t>contain string:    Vlan10 10</w:t>
              <w:br/>
              <w:t>not contain string:    Error: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14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Create VLAN 10 on 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18:56:53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config vlan add 10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15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Create VLAN 10 on 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18:56:59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show vlan config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Name      VID  Member    Mode</w:t>
              <w:br/>
              <w:t>------  -----  --------  ------</w:t>
              <w:br/>
              <w:t>Vlan10     10</w:t>
              <w:br/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Judgement</w:t>
            </w:r>
          </w:p>
        </w:tc>
        <w:tc>
          <w:tcPr>
            <w:tcW w:type="dxa" w:w="8640"/>
            <w:gridSpan w:val="4"/>
          </w:tcPr>
          <w:p>
            <w:r>
              <w:rPr>
                <w:rFonts w:ascii="Arial" w:hAnsi="Arial"/>
                <w:sz w:val="18"/>
              </w:rPr>
              <w:t>Success</w:t>
              <w:br/>
              <w:br/>
              <w:t>inter-conditional operator    :   and</w:t>
              <w:br/>
              <w:t>contain string:    Vlan10 10</w:t>
              <w:br/>
              <w:t>not contain string:    Error: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16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Create VLAN 20 on 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18:57:04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config vlan add 20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17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Create VLAN 20 on 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18:57:10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show vlan config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Name      VID  Member    Mode</w:t>
              <w:br/>
              <w:t>------  -----  --------  ------</w:t>
              <w:br/>
              <w:t>Vlan10     10</w:t>
              <w:br/>
              <w:t>Vlan20     20</w:t>
              <w:br/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Judgement</w:t>
            </w:r>
          </w:p>
        </w:tc>
        <w:tc>
          <w:tcPr>
            <w:tcW w:type="dxa" w:w="8640"/>
            <w:gridSpan w:val="4"/>
          </w:tcPr>
          <w:p>
            <w:r>
              <w:rPr>
                <w:rFonts w:ascii="Arial" w:hAnsi="Arial"/>
                <w:sz w:val="18"/>
              </w:rPr>
              <w:t>Success</w:t>
              <w:br/>
              <w:br/>
              <w:t>inter-conditional operator    :   and</w:t>
              <w:br/>
              <w:t>contain string:    Vlan20 20</w:t>
              <w:br/>
              <w:t>not contain string:    Error: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Create VLAN 20 on 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18:57:16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config vlan add 20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19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Create VLAN 20 on 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18:57:21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show vlan config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Name      VID  Member    Mode</w:t>
              <w:br/>
              <w:t>------  -----  --------  ------</w:t>
              <w:br/>
              <w:t>Vlan10     10</w:t>
              <w:br/>
              <w:t>Vlan20     20</w:t>
              <w:br/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Judgement</w:t>
            </w:r>
          </w:p>
        </w:tc>
        <w:tc>
          <w:tcPr>
            <w:tcW w:type="dxa" w:w="8640"/>
            <w:gridSpan w:val="4"/>
          </w:tcPr>
          <w:p>
            <w:r>
              <w:rPr>
                <w:rFonts w:ascii="Arial" w:hAnsi="Arial"/>
                <w:sz w:val="18"/>
              </w:rPr>
              <w:t>Success</w:t>
              <w:br/>
              <w:br/>
              <w:t>inter-conditional operator    :   and</w:t>
              <w:br/>
              <w:t>contain string:    Vlan20 20</w:t>
              <w:br/>
              <w:t>not contain string:    Error:</w:t>
            </w:r>
          </w:p>
        </w:tc>
      </w:tr>
      <w:tr>
        <w:tc>
          <w:tcPr>
            <w:tcW w:type="dxa" w:w="10800"/>
            <w:gridSpan w:val="5"/>
          </w:tcPr>
          <w:p/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20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Add VLAN 10 &amp; VLAN 20 member on 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18:57:27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config vlan member add 10 Ethernet8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21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Add VLAN 10 &amp; VLAN 20 member on 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18:57:32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config vlan member add 20 Ethernet8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22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Add VLAN 10 &amp; VLAN 20 member on 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18:57:38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config vlan member add 10 -u Ethernet16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23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Add VLAN 10 &amp; VLAN 20 member on 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18:57:44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config vlan member add 20 -u Ethernet20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24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Add VLAN 10 &amp; VLAN 20 member on 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18:57:49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show vlan config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Name      VID  Member      Mode</w:t>
              <w:br/>
              <w:t>------  -----  ----------  --------</w:t>
              <w:br/>
              <w:t>Vlan10     10  Ethernet8   tagged</w:t>
              <w:br/>
              <w:t>Vlan10     10  Ethernet16  untagged</w:t>
              <w:br/>
              <w:t>Vlan20     20  Ethernet8   tagged</w:t>
              <w:br/>
              <w:t>Vlan20     20  Ethernet20  untagged</w:t>
              <w:br/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Judgement</w:t>
            </w:r>
          </w:p>
        </w:tc>
        <w:tc>
          <w:tcPr>
            <w:tcW w:type="dxa" w:w="8640"/>
            <w:gridSpan w:val="4"/>
          </w:tcPr>
          <w:p>
            <w:r>
              <w:rPr>
                <w:rFonts w:ascii="Arial" w:hAnsi="Arial"/>
                <w:sz w:val="18"/>
              </w:rPr>
              <w:t>Success</w:t>
              <w:br/>
              <w:br/>
              <w:t>inter-conditional operator    :   and</w:t>
              <w:br/>
              <w:t>contain string:    Vlan10 10 Ethernet8 tagged</w:t>
              <w:br/>
              <w:t>contain string:    Vlan10 10 Ethernet16 untagged</w:t>
              <w:br/>
              <w:t>contain string:    Vlan20 20 Ethernet8 tagged</w:t>
              <w:br/>
              <w:t>contain string:    Vlan20 20 Ethernet20 untagged</w:t>
              <w:br/>
              <w:t>not contain string:    Error: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25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Add VLAN 10 &amp; VLAN 20 member on 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18:57:55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config vlan member add 10 Ethernet4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26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Add VLAN 10 &amp; VLAN 20 member on 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18:58:00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config vlan member add 20 Ethernet4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27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Add VLAN 10 &amp; VLAN 20 member on 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18:58:06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config vlan member add 10 -u Ethernet12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28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Add VLAN 10 &amp; VLAN 20 member on 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18:58:12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config vlan member add 20 -u Ethernet16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29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Add VLAN 10 &amp; VLAN 20 member on 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18:58:17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show vlan config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Name      VID  Member      Mode</w:t>
              <w:br/>
              <w:t>------  -----  ----------  --------</w:t>
              <w:br/>
              <w:t>Vlan10     10  Ethernet4   tagged</w:t>
              <w:br/>
              <w:t>Vlan10     10  Ethernet12  untagged</w:t>
              <w:br/>
              <w:t>Vlan20     20  Ethernet4   tagged</w:t>
              <w:br/>
              <w:t>Vlan20     20  Ethernet16  untagged</w:t>
              <w:br/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Judgement</w:t>
            </w:r>
          </w:p>
        </w:tc>
        <w:tc>
          <w:tcPr>
            <w:tcW w:type="dxa" w:w="8640"/>
            <w:gridSpan w:val="4"/>
          </w:tcPr>
          <w:p>
            <w:r>
              <w:rPr>
                <w:rFonts w:ascii="Arial" w:hAnsi="Arial"/>
                <w:sz w:val="18"/>
              </w:rPr>
              <w:t>Success</w:t>
              <w:br/>
              <w:br/>
              <w:t>inter-conditional operator    :   and</w:t>
              <w:br/>
              <w:t>contain string:    Vlan10 10 Ethernet4 tagged</w:t>
              <w:br/>
              <w:t>contain string:    Vlan10 10 Ethernet12 untagged</w:t>
              <w:br/>
              <w:t>contain string:    Vlan20 20 Ethernet4 tagged</w:t>
              <w:br/>
              <w:t>contain string:    Vlan20 20 Ethernet16 untagged</w:t>
              <w:br/>
              <w:t>not contain string:    Error:</w:t>
            </w:r>
          </w:p>
        </w:tc>
      </w:tr>
      <w:tr>
        <w:tc>
          <w:tcPr>
            <w:tcW w:type="dxa" w:w="10800"/>
            <w:gridSpan w:val="5"/>
          </w:tcPr>
          <w:p/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30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Set Eth1 IPv4 Address on H-1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18:58:23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ip address add 10.0.100.10/24 dev Eth1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31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Set Eth1 IPv4 Address on H-1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18:58:23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ip address show Eth1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3: Eth1: &lt;BROADCAST,MULTICAST,UP,LOWER_UP&gt; mtu 1500 qdisc fq_codel state UP group default qlen 1000</w:t>
              <w:br/>
              <w:t xml:space="preserve">    link/ether 52:54:00:10:02:01 brd ff:ff:ff:ff:ff:ff</w:t>
              <w:br/>
              <w:t xml:space="preserve">    inet 10.0.100.10/24 brd 10.0.100.255 scope global Eth1</w:t>
              <w:br/>
              <w:t xml:space="preserve">       valid_lft forever preferred_lft forever</w:t>
              <w:br/>
              <w:t xml:space="preserve">    inet6 fe80::5054:ff:fe10:201/64 scope link </w:t>
              <w:br/>
              <w:t xml:space="preserve">       valid_lft forever preferred_lft forever</w:t>
              <w:br/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Judgement</w:t>
            </w:r>
          </w:p>
        </w:tc>
        <w:tc>
          <w:tcPr>
            <w:tcW w:type="dxa" w:w="8640"/>
            <w:gridSpan w:val="4"/>
          </w:tcPr>
          <w:p>
            <w:r>
              <w:rPr>
                <w:rFonts w:ascii="Arial" w:hAnsi="Arial"/>
                <w:sz w:val="18"/>
              </w:rPr>
              <w:t>Success</w:t>
              <w:br/>
              <w:br/>
              <w:t>inter-conditional operator    :   and</w:t>
              <w:br/>
              <w:t>contain string:    inet 10.0.100.10/24</w:t>
              <w:br/>
              <w:t>not contain string:    DOWN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32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Set Eth1 IPv4 Address on H-2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18:58:23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ip address add 10.0.100.11/24 dev Eth1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33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Set Eth1 IPv4 Address on H-2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18:58:23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ip address show Eth1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3: Eth1: &lt;BROADCAST,MULTICAST,UP,LOWER_UP&gt; mtu 1500 qdisc fq_codel state UP group default qlen 1000</w:t>
              <w:br/>
              <w:t xml:space="preserve">    link/ether 52:54:00:10:02:02 brd ff:ff:ff:ff:ff:ff</w:t>
              <w:br/>
              <w:t xml:space="preserve">    inet 10.0.100.11/24 brd 10.0.100.255 scope global Eth1</w:t>
              <w:br/>
              <w:t xml:space="preserve">       valid_lft forever preferred_lft forever</w:t>
              <w:br/>
              <w:t xml:space="preserve">    inet6 fe80::5054:ff:fe10:202/64 scope link </w:t>
              <w:br/>
              <w:t xml:space="preserve">       valid_lft forever preferred_lft forever</w:t>
              <w:br/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Judgement</w:t>
            </w:r>
          </w:p>
        </w:tc>
        <w:tc>
          <w:tcPr>
            <w:tcW w:type="dxa" w:w="8640"/>
            <w:gridSpan w:val="4"/>
          </w:tcPr>
          <w:p>
            <w:r>
              <w:rPr>
                <w:rFonts w:ascii="Arial" w:hAnsi="Arial"/>
                <w:sz w:val="18"/>
              </w:rPr>
              <w:t>Success</w:t>
              <w:br/>
              <w:br/>
              <w:t>inter-conditional operator    :   and</w:t>
              <w:br/>
              <w:t>contain string:    inet 10.0.100.11/24</w:t>
              <w:br/>
              <w:t>not contain string:    DOWN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34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Set Eth1 IPv4 Address on H-3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18:58:23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ip address add 10.0.200.10/24 dev Eth1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35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Set Eth1 IPv4 Address on H-3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18:58:23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ip address show Eth1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3: Eth1: &lt;BROADCAST,MULTICAST,UP,LOWER_UP&gt; mtu 1500 qdisc fq_codel state UP group default qlen 1000</w:t>
              <w:br/>
              <w:t xml:space="preserve">    link/ether 52:54:00:10:02:03 brd ff:ff:ff:ff:ff:ff</w:t>
              <w:br/>
              <w:t xml:space="preserve">    inet 10.0.100.12/24 brd 10.0.100.255 scope global Eth1</w:t>
              <w:br/>
              <w:t xml:space="preserve">       valid_lft forever preferred_lft forever</w:t>
              <w:br/>
              <w:t xml:space="preserve">    inet 10.0.200.10/24 scope global Eth1</w:t>
              <w:br/>
              <w:t xml:space="preserve">       valid_lft forever preferred_lft forever</w:t>
              <w:br/>
              <w:t xml:space="preserve">    inet6 fe80::5054:ff:fe10:203/64 scope link </w:t>
              <w:br/>
              <w:t xml:space="preserve">       valid_lft forever preferred_lft forever</w:t>
              <w:br/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Judgement</w:t>
            </w:r>
          </w:p>
        </w:tc>
        <w:tc>
          <w:tcPr>
            <w:tcW w:type="dxa" w:w="8640"/>
            <w:gridSpan w:val="4"/>
          </w:tcPr>
          <w:p>
            <w:r>
              <w:rPr>
                <w:rFonts w:ascii="Arial" w:hAnsi="Arial"/>
                <w:sz w:val="18"/>
              </w:rPr>
              <w:t>Success</w:t>
              <w:br/>
              <w:br/>
              <w:t>inter-conditional operator    :   and</w:t>
              <w:br/>
              <w:t>contain string:    inet 10.0.200.10/24</w:t>
              <w:br/>
              <w:t>not contain string:    DOWN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36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Set Eth1 IPv4 Address on H-4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H-4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18:58:23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ip address add 10.0.200.11/24 dev Eth1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37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Set Eth1 IPv4 Address on H-4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H-4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18:58:23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ip address show Eth1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3: Eth1: &lt;BROADCAST,MULTICAST,UP,LOWER_UP&gt; mtu 1500 qdisc fq_codel state UP group default qlen 1000</w:t>
              <w:br/>
              <w:t xml:space="preserve">    link/ether 52:54:00:10:02:04 brd ff:ff:ff:ff:ff:ff</w:t>
              <w:br/>
              <w:t xml:space="preserve">    inet 10.0.100.13/24 brd 10.0.100.255 scope global Eth1</w:t>
              <w:br/>
              <w:t xml:space="preserve">       valid_lft forever preferred_lft forever</w:t>
              <w:br/>
              <w:t xml:space="preserve">    inet 10.0.200.11/24 scope global Eth1</w:t>
              <w:br/>
              <w:t xml:space="preserve">       valid_lft forever preferred_lft forever</w:t>
              <w:br/>
              <w:t xml:space="preserve">    inet6 fe80::5054:ff:fe10:204/64 scope link </w:t>
              <w:br/>
              <w:t xml:space="preserve">       valid_lft forever preferred_lft forever</w:t>
              <w:br/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Judgement</w:t>
            </w:r>
          </w:p>
        </w:tc>
        <w:tc>
          <w:tcPr>
            <w:tcW w:type="dxa" w:w="8640"/>
            <w:gridSpan w:val="4"/>
          </w:tcPr>
          <w:p>
            <w:r>
              <w:rPr>
                <w:rFonts w:ascii="Arial" w:hAnsi="Arial"/>
                <w:sz w:val="18"/>
              </w:rPr>
              <w:t>Success</w:t>
              <w:br/>
              <w:br/>
              <w:t>inter-conditional operator    :   and</w:t>
              <w:br/>
              <w:t>contain string:    inet 10.0.200.11/24</w:t>
              <w:br/>
              <w:t>not contain string:    DOWN</w:t>
            </w:r>
          </w:p>
        </w:tc>
      </w:tr>
      <w:tr>
        <w:tc>
          <w:tcPr>
            <w:tcW w:type="dxa" w:w="10800"/>
            <w:gridSpan w:val="5"/>
          </w:tcPr>
          <w:p/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38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Ping from H-1 to H-2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18:58:23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ping -c 4 10.0.100.11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PING 10.0.100.11 (10.0.100.11) 56(84) bytes of data.</w:t>
              <w:br/>
              <w:t>64 bytes from 10.0.100.11: icmp_seq=1 ttl=64 time=4.67 ms</w:t>
              <w:br/>
              <w:t>64 bytes from 10.0.100.11: icmp_seq=2 ttl=64 time=2.21 ms</w:t>
              <w:br/>
              <w:t>64 bytes from 10.0.100.11: icmp_seq=3 ttl=64 time=2.18 ms</w:t>
              <w:br/>
              <w:t>64 bytes from 10.0.100.11: icmp_seq=4 ttl=64 time=2.52 ms</w:t>
              <w:br/>
              <w:br/>
              <w:t>--- 10.0.100.11 ping statistics ---</w:t>
              <w:br/>
              <w:t>4 packets transmitted, 4 received, 0% packet loss, time 3005ms</w:t>
              <w:br/>
              <w:t>rtt min/avg/max/mdev = 2.182/2.895/4.668/1.031 ms</w:t>
              <w:br/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Judgement</w:t>
            </w:r>
          </w:p>
        </w:tc>
        <w:tc>
          <w:tcPr>
            <w:tcW w:type="dxa" w:w="8640"/>
            <w:gridSpan w:val="4"/>
          </w:tcPr>
          <w:p>
            <w:r>
              <w:rPr>
                <w:rFonts w:ascii="Arial" w:hAnsi="Arial"/>
                <w:sz w:val="18"/>
              </w:rPr>
              <w:t>Success</w:t>
              <w:br/>
              <w:br/>
              <w:t>inter-conditional operator    :   and</w:t>
              <w:br/>
              <w:t>contain string:    64 bytes from 10.0.100.11</w:t>
              <w:br/>
              <w:t>contain string:    4 packets transmitted, 4 received, 0% packet loss</w:t>
              <w:br/>
              <w:t>not contain string:    From 10.0.100.10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39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Ping from H-1 to H-3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18:58:26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ping -c 4 -I Eth1 10.0.200.10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PING 10.0.200.10 (10.0.200.10) from 10.0.100.10 Eth1: 56(84) bytes of data.</w:t>
              <w:br/>
              <w:t>From 10.0.100.10 icmp_seq=1 Destination Host Unreachable</w:t>
              <w:br/>
              <w:t>From 10.0.100.10 icmp_seq=2 Destination Host Unreachable</w:t>
              <w:br/>
              <w:t>From 10.0.100.10 icmp_seq=3 Destination Host Unreachable</w:t>
              <w:br/>
              <w:t>From 10.0.100.10 icmp_seq=4 Destination Host Unreachable</w:t>
              <w:br/>
              <w:br/>
              <w:t>--- 10.0.200.10 ping statistics ---</w:t>
              <w:br/>
              <w:t>4 packets transmitted, 0 received, +4 errors, 100% packet loss, time 3063ms</w:t>
              <w:br/>
              <w:t>pipe 3</w:t>
              <w:br/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Judgement</w:t>
            </w:r>
          </w:p>
        </w:tc>
        <w:tc>
          <w:tcPr>
            <w:tcW w:type="dxa" w:w="8640"/>
            <w:gridSpan w:val="4"/>
          </w:tcPr>
          <w:p>
            <w:r>
              <w:rPr>
                <w:rFonts w:ascii="Arial" w:hAnsi="Arial"/>
                <w:sz w:val="18"/>
              </w:rPr>
              <w:t>Success</w:t>
              <w:br/>
              <w:br/>
              <w:t>inter-conditional operator    :   and</w:t>
              <w:br/>
              <w:t>contain string:    From 10.0.100.10</w:t>
              <w:br/>
              <w:t>contain string:    4 packets transmitted, 0 received, +4 errors, 100% packet loss</w:t>
              <w:br/>
              <w:t>not contain string:    64 byte from 10.0.200.10</w:t>
            </w:r>
          </w:p>
        </w:tc>
      </w:tr>
      <w:tr>
        <w:tc>
          <w:tcPr>
            <w:tcW w:type="dxa" w:w="10800"/>
            <w:gridSpan w:val="5"/>
          </w:tcPr>
          <w:p/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40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Delete Eth1 IPv4 Address on H-1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18:58:32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ip address del 10.0.100.10/24 dev Eth1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41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Delete Eth1 IPv4 Address on H-1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18:58:32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ip address show Eth1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3: Eth1: &lt;BROADCAST,MULTICAST,UP,LOWER_UP&gt; mtu 1500 qdisc fq_codel state UP group default qlen 1000</w:t>
              <w:br/>
              <w:t xml:space="preserve">    link/ether 52:54:00:10:02:01 brd ff:ff:ff:ff:ff:ff</w:t>
              <w:br/>
              <w:t xml:space="preserve">    inet6 fe80::5054:ff:fe10:201/64 scope link </w:t>
              <w:br/>
              <w:t xml:space="preserve">       valid_lft forever preferred_lft forever</w:t>
              <w:br/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Judgement</w:t>
            </w:r>
          </w:p>
        </w:tc>
        <w:tc>
          <w:tcPr>
            <w:tcW w:type="dxa" w:w="8640"/>
            <w:gridSpan w:val="4"/>
          </w:tcPr>
          <w:p>
            <w:r>
              <w:rPr>
                <w:rFonts w:ascii="Arial" w:hAnsi="Arial"/>
                <w:sz w:val="18"/>
              </w:rPr>
              <w:t>Success</w:t>
              <w:br/>
              <w:br/>
              <w:t>inter-conditional operator    :   and</w:t>
              <w:br/>
              <w:br/>
              <w:t>not contain string:    DOWN</w:t>
              <w:br/>
              <w:t>not contain string:    inet 10.0.100.10/24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42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Delete Eth1 IPv4 Address on H-2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18:58:32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ip address del 10.0.100.11/24 dev Eth1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43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Delete Eth1 IPv4 Address on H-2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18:58:32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ip address show Eth1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3: Eth1: &lt;BROADCAST,MULTICAST,UP,LOWER_UP&gt; mtu 1500 qdisc fq_codel state UP group default qlen 1000</w:t>
              <w:br/>
              <w:t xml:space="preserve">    link/ether 52:54:00:10:02:02 brd ff:ff:ff:ff:ff:ff</w:t>
              <w:br/>
              <w:t xml:space="preserve">    inet6 fe80::5054:ff:fe10:202/64 scope link </w:t>
              <w:br/>
              <w:t xml:space="preserve">       valid_lft forever preferred_lft forever</w:t>
              <w:br/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Judgement</w:t>
            </w:r>
          </w:p>
        </w:tc>
        <w:tc>
          <w:tcPr>
            <w:tcW w:type="dxa" w:w="8640"/>
            <w:gridSpan w:val="4"/>
          </w:tcPr>
          <w:p>
            <w:r>
              <w:rPr>
                <w:rFonts w:ascii="Arial" w:hAnsi="Arial"/>
                <w:sz w:val="18"/>
              </w:rPr>
              <w:t>Success</w:t>
              <w:br/>
              <w:br/>
              <w:t>inter-conditional operator    :   and</w:t>
              <w:br/>
              <w:br/>
              <w:t>not contain string:    DOWN</w:t>
              <w:br/>
              <w:t>not contain string:    inet 10.0.100.11/24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44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Delete Eth1 IPv4 Address on H-3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18:58:32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ip address del 10.0.200.10/24 dev Eth1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45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Delete Eth1 IPv4 Address on H-3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18:58:32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ip address show Eth1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3: Eth1: &lt;BROADCAST,MULTICAST,UP,LOWER_UP&gt; mtu 1500 qdisc fq_codel state UP group default qlen 1000</w:t>
              <w:br/>
              <w:t xml:space="preserve">    link/ether 52:54:00:10:02:03 brd ff:ff:ff:ff:ff:ff</w:t>
              <w:br/>
              <w:t xml:space="preserve">    inet 10.0.100.12/24 brd 10.0.100.255 scope global Eth1</w:t>
              <w:br/>
              <w:t xml:space="preserve">       valid_lft forever preferred_lft forever</w:t>
              <w:br/>
              <w:t xml:space="preserve">    inet6 fe80::5054:ff:fe10:203/64 scope link </w:t>
              <w:br/>
              <w:t xml:space="preserve">       valid_lft forever preferred_lft forever</w:t>
              <w:br/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Judgement</w:t>
            </w:r>
          </w:p>
        </w:tc>
        <w:tc>
          <w:tcPr>
            <w:tcW w:type="dxa" w:w="8640"/>
            <w:gridSpan w:val="4"/>
          </w:tcPr>
          <w:p>
            <w:r>
              <w:rPr>
                <w:rFonts w:ascii="Arial" w:hAnsi="Arial"/>
                <w:sz w:val="18"/>
              </w:rPr>
              <w:t>Success</w:t>
              <w:br/>
              <w:br/>
              <w:t>inter-conditional operator    :   and</w:t>
              <w:br/>
              <w:br/>
              <w:t>not contain string:    DOWN</w:t>
              <w:br/>
              <w:t>not contain string:    inet 10.0.200.10/24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46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Delete Eth1 IPv4 Address on H-4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H-4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18:58:32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ip address del 10.0.200.11/24 dev Eth1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47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Delete Eth1 IPv4 Address on H-4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H-4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18:58:32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ip address show Eth1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3: Eth1: &lt;BROADCAST,MULTICAST,UP,LOWER_UP&gt; mtu 1500 qdisc fq_codel state UP group default qlen 1000</w:t>
              <w:br/>
              <w:t xml:space="preserve">    link/ether 52:54:00:10:02:04 brd ff:ff:ff:ff:ff:ff</w:t>
              <w:br/>
              <w:t xml:space="preserve">    inet 10.0.100.13/24 brd 10.0.100.255 scope global Eth1</w:t>
              <w:br/>
              <w:t xml:space="preserve">       valid_lft forever preferred_lft forever</w:t>
              <w:br/>
              <w:t xml:space="preserve">    inet6 fe80::5054:ff:fe10:204/64 scope link </w:t>
              <w:br/>
              <w:t xml:space="preserve">       valid_lft forever preferred_lft forever</w:t>
              <w:br/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Judgement</w:t>
            </w:r>
          </w:p>
        </w:tc>
        <w:tc>
          <w:tcPr>
            <w:tcW w:type="dxa" w:w="8640"/>
            <w:gridSpan w:val="4"/>
          </w:tcPr>
          <w:p>
            <w:r>
              <w:rPr>
                <w:rFonts w:ascii="Arial" w:hAnsi="Arial"/>
                <w:sz w:val="18"/>
              </w:rPr>
              <w:t>Success</w:t>
              <w:br/>
              <w:br/>
              <w:t>inter-conditional operator    :   and</w:t>
              <w:br/>
              <w:br/>
              <w:t>not contain string:    DOWN</w:t>
              <w:br/>
              <w:t>not contain string:    inet 10.0.200.11/24</w:t>
            </w:r>
          </w:p>
        </w:tc>
      </w:tr>
    </w:tbl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